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16DC" w14:textId="77777777" w:rsidR="007C258F" w:rsidRPr="008C028B" w:rsidRDefault="007C258F">
      <w:pPr>
        <w:jc w:val="center"/>
        <w:rPr>
          <w:b/>
          <w:color w:val="000000" w:themeColor="text1"/>
          <w:sz w:val="32"/>
        </w:rPr>
      </w:pPr>
    </w:p>
    <w:p w14:paraId="1347F1A9" w14:textId="020786DA" w:rsidR="00855EF8" w:rsidRPr="008C028B" w:rsidRDefault="00000000">
      <w:pPr>
        <w:jc w:val="center"/>
        <w:rPr>
          <w:color w:val="000000" w:themeColor="text1"/>
        </w:rPr>
      </w:pPr>
      <w:r w:rsidRPr="008C028B">
        <w:rPr>
          <w:b/>
          <w:color w:val="000000" w:themeColor="text1"/>
          <w:sz w:val="32"/>
        </w:rPr>
        <w:t>Customer End-Use and Export Control Declaration</w:t>
      </w:r>
    </w:p>
    <w:p w14:paraId="4A0E8DA7" w14:textId="77777777" w:rsidR="00855EF8" w:rsidRPr="008C028B" w:rsidRDefault="00855EF8">
      <w:pPr>
        <w:pBdr>
          <w:bottom w:val="single" w:sz="6" w:space="1" w:color="1F4E79"/>
        </w:pBdr>
        <w:rPr>
          <w:color w:val="000000" w:themeColor="text1"/>
        </w:rPr>
      </w:pPr>
    </w:p>
    <w:p w14:paraId="4828B650" w14:textId="77777777" w:rsidR="008C028B" w:rsidRPr="008C028B" w:rsidRDefault="008C028B" w:rsidP="008C028B">
      <w:pPr>
        <w:pStyle w:val="Hovedformat"/>
        <w:ind w:right="541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8C028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With reference to our purchase order </w:t>
      </w:r>
      <w:r w:rsidRPr="008C028B">
        <w:rPr>
          <w:rFonts w:ascii="Arial" w:hAnsi="Arial" w:cs="Arial"/>
          <w:color w:val="000000" w:themeColor="text1"/>
          <w:sz w:val="22"/>
          <w:szCs w:val="22"/>
          <w:highlight w:val="yellow"/>
          <w:lang w:val="en-US"/>
        </w:rPr>
        <w:t>No ....... for</w:t>
      </w:r>
    </w:p>
    <w:p w14:paraId="69869D3E" w14:textId="77777777" w:rsidR="008C028B" w:rsidRPr="008C028B" w:rsidRDefault="008C028B">
      <w:pPr>
        <w:spacing w:after="80" w:line="252" w:lineRule="auto"/>
        <w:rPr>
          <w:color w:val="000000" w:themeColor="text1"/>
          <w:sz w:val="22"/>
        </w:rPr>
      </w:pPr>
    </w:p>
    <w:p w14:paraId="2B5D0E6B" w14:textId="33623DD9" w:rsidR="00855EF8" w:rsidRPr="008C028B" w:rsidRDefault="00000000" w:rsidP="00CD35A0">
      <w:pPr>
        <w:spacing w:after="80" w:line="252" w:lineRule="auto"/>
        <w:jc w:val="both"/>
        <w:rPr>
          <w:color w:val="000000" w:themeColor="text1"/>
          <w:sz w:val="22"/>
        </w:rPr>
      </w:pPr>
      <w:r w:rsidRPr="008C028B">
        <w:rPr>
          <w:color w:val="000000" w:themeColor="text1"/>
          <w:sz w:val="22"/>
        </w:rPr>
        <w:t xml:space="preserve">The Customer confirms that the products, technology, software and/or services supplied by </w:t>
      </w:r>
      <w:r w:rsidR="008037AB">
        <w:rPr>
          <w:color w:val="000000" w:themeColor="text1"/>
          <w:sz w:val="22"/>
        </w:rPr>
        <w:t>Unplugged</w:t>
      </w:r>
      <w:r w:rsidRPr="008C028B">
        <w:rPr>
          <w:color w:val="000000" w:themeColor="text1"/>
          <w:sz w:val="22"/>
        </w:rPr>
        <w:t xml:space="preserve"> AS shall be used solely for civil and lawful purposes.</w:t>
      </w:r>
    </w:p>
    <w:p w14:paraId="2BFEF50A" w14:textId="77777777" w:rsidR="00855EF8" w:rsidRPr="008C028B" w:rsidRDefault="00000000" w:rsidP="00CD35A0">
      <w:pPr>
        <w:spacing w:after="80" w:line="252" w:lineRule="auto"/>
        <w:jc w:val="both"/>
        <w:rPr>
          <w:color w:val="000000" w:themeColor="text1"/>
          <w:sz w:val="22"/>
        </w:rPr>
      </w:pPr>
      <w:r w:rsidRPr="008C028B">
        <w:rPr>
          <w:color w:val="000000" w:themeColor="text1"/>
          <w:sz w:val="22"/>
        </w:rPr>
        <w:t>The Customer further confirms that they shall not be used, directly or indirectly, for any military, nuclear, chemical or biological weapons purpose, missile systems, surveillance or other prohibited end-use, or in breach of applicable export control, sanctions or embargo regulations.</w:t>
      </w:r>
    </w:p>
    <w:p w14:paraId="6F0B5620" w14:textId="77777777" w:rsidR="00855EF8" w:rsidRPr="008C028B" w:rsidRDefault="00000000" w:rsidP="00CD35A0">
      <w:pPr>
        <w:spacing w:after="80" w:line="252" w:lineRule="auto"/>
        <w:jc w:val="both"/>
        <w:rPr>
          <w:color w:val="000000" w:themeColor="text1"/>
          <w:sz w:val="22"/>
        </w:rPr>
      </w:pPr>
      <w:r w:rsidRPr="008C028B">
        <w:rPr>
          <w:color w:val="000000" w:themeColor="text1"/>
          <w:sz w:val="22"/>
        </w:rPr>
        <w:t>The Customer confirms that neither the Customer, the end-user nor any involved party is subject to sanctions or other restrictive measures.</w:t>
      </w:r>
    </w:p>
    <w:p w14:paraId="20F3ED22" w14:textId="77777777" w:rsidR="00855EF8" w:rsidRPr="008C028B" w:rsidRDefault="00000000" w:rsidP="00CD35A0">
      <w:pPr>
        <w:spacing w:after="80" w:line="252" w:lineRule="auto"/>
        <w:jc w:val="both"/>
        <w:rPr>
          <w:color w:val="000000" w:themeColor="text1"/>
          <w:sz w:val="22"/>
        </w:rPr>
      </w:pPr>
      <w:r w:rsidRPr="008C028B">
        <w:rPr>
          <w:color w:val="000000" w:themeColor="text1"/>
          <w:sz w:val="22"/>
        </w:rPr>
        <w:t>The Customer shall not sell, transfer, export or re-export the products, technology, software or services to any third party, country or end-user without complying with applicable export control laws and obtaining any required licences or approvals.</w:t>
      </w:r>
    </w:p>
    <w:p w14:paraId="48DCED38" w14:textId="3A9C222C" w:rsidR="00855EF8" w:rsidRPr="008C028B" w:rsidRDefault="00000000" w:rsidP="00CD35A0">
      <w:pPr>
        <w:spacing w:after="80" w:line="252" w:lineRule="auto"/>
        <w:jc w:val="both"/>
        <w:rPr>
          <w:color w:val="000000" w:themeColor="text1"/>
          <w:sz w:val="22"/>
        </w:rPr>
      </w:pPr>
      <w:r w:rsidRPr="008C028B">
        <w:rPr>
          <w:color w:val="000000" w:themeColor="text1"/>
          <w:sz w:val="22"/>
        </w:rPr>
        <w:t xml:space="preserve">The Customer shall promptly inform </w:t>
      </w:r>
      <w:r w:rsidR="00F70A96">
        <w:rPr>
          <w:color w:val="000000" w:themeColor="text1"/>
          <w:sz w:val="22"/>
        </w:rPr>
        <w:t>Unplugged</w:t>
      </w:r>
      <w:r w:rsidRPr="008C028B">
        <w:rPr>
          <w:color w:val="000000" w:themeColor="text1"/>
          <w:sz w:val="22"/>
        </w:rPr>
        <w:t xml:space="preserve"> AS if the intended use, end-user, destination or any other relevant circumstances change.</w:t>
      </w:r>
    </w:p>
    <w:p w14:paraId="328F899C" w14:textId="5382A777" w:rsidR="008C028B" w:rsidRPr="008C028B" w:rsidRDefault="008C028B" w:rsidP="00CD35A0">
      <w:pPr>
        <w:spacing w:after="80" w:line="252" w:lineRule="auto"/>
        <w:jc w:val="both"/>
        <w:rPr>
          <w:color w:val="000000" w:themeColor="text1"/>
          <w:sz w:val="22"/>
        </w:rPr>
      </w:pPr>
      <w:r w:rsidRPr="008C028B">
        <w:rPr>
          <w:color w:val="000000" w:themeColor="text1"/>
          <w:sz w:val="22"/>
        </w:rPr>
        <w:t xml:space="preserve">The installation can be visited at any time, without prior notification, by </w:t>
      </w:r>
      <w:r w:rsidR="00F70A96">
        <w:rPr>
          <w:color w:val="000000" w:themeColor="text1"/>
          <w:sz w:val="22"/>
        </w:rPr>
        <w:t>Unplugged</w:t>
      </w:r>
      <w:r w:rsidRPr="008C028B">
        <w:rPr>
          <w:color w:val="000000" w:themeColor="text1"/>
          <w:sz w:val="22"/>
        </w:rPr>
        <w:t xml:space="preserve"> AS or its representative.</w:t>
      </w:r>
    </w:p>
    <w:p w14:paraId="3EEDFD13" w14:textId="77777777" w:rsidR="007C258F" w:rsidRPr="008C028B" w:rsidRDefault="007C258F">
      <w:pPr>
        <w:spacing w:after="80" w:line="252" w:lineRule="auto"/>
        <w:rPr>
          <w:color w:val="000000" w:themeColor="text1"/>
          <w:sz w:val="22"/>
        </w:rPr>
      </w:pPr>
    </w:p>
    <w:tbl>
      <w:tblPr>
        <w:tblStyle w:val="TaulukkoRuudukko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6336"/>
      </w:tblGrid>
      <w:tr w:rsidR="008C028B" w:rsidRPr="008C028B" w14:paraId="51626A73" w14:textId="77777777">
        <w:trPr>
          <w:trHeight w:val="504"/>
          <w:jc w:val="center"/>
        </w:trPr>
        <w:tc>
          <w:tcPr>
            <w:tcW w:w="3456" w:type="dxa"/>
            <w:vAlign w:val="center"/>
          </w:tcPr>
          <w:p w14:paraId="5E855C34" w14:textId="77777777" w:rsidR="00855EF8" w:rsidRPr="008C028B" w:rsidRDefault="00000000">
            <w:pPr>
              <w:rPr>
                <w:color w:val="000000" w:themeColor="text1"/>
                <w:sz w:val="22"/>
              </w:rPr>
            </w:pPr>
            <w:r w:rsidRPr="008C028B">
              <w:rPr>
                <w:b/>
                <w:color w:val="000000" w:themeColor="text1"/>
                <w:sz w:val="22"/>
              </w:rPr>
              <w:t>Name of Customer:</w:t>
            </w:r>
          </w:p>
        </w:tc>
        <w:tc>
          <w:tcPr>
            <w:tcW w:w="6336" w:type="dxa"/>
            <w:vAlign w:val="center"/>
          </w:tcPr>
          <w:p w14:paraId="3D2F0F15" w14:textId="77777777" w:rsidR="00855EF8" w:rsidRPr="008C028B" w:rsidRDefault="00855EF8">
            <w:pPr>
              <w:rPr>
                <w:color w:val="000000" w:themeColor="text1"/>
                <w:sz w:val="22"/>
              </w:rPr>
            </w:pPr>
          </w:p>
        </w:tc>
      </w:tr>
      <w:tr w:rsidR="008C028B" w:rsidRPr="008C028B" w14:paraId="6E89B23F" w14:textId="77777777">
        <w:trPr>
          <w:trHeight w:val="504"/>
          <w:jc w:val="center"/>
        </w:trPr>
        <w:tc>
          <w:tcPr>
            <w:tcW w:w="3456" w:type="dxa"/>
            <w:vAlign w:val="center"/>
          </w:tcPr>
          <w:p w14:paraId="479AA51A" w14:textId="77777777" w:rsidR="00855EF8" w:rsidRPr="008C028B" w:rsidRDefault="00000000">
            <w:pPr>
              <w:rPr>
                <w:color w:val="000000" w:themeColor="text1"/>
                <w:sz w:val="22"/>
              </w:rPr>
            </w:pPr>
            <w:r w:rsidRPr="008C028B">
              <w:rPr>
                <w:b/>
                <w:color w:val="000000" w:themeColor="text1"/>
                <w:sz w:val="22"/>
              </w:rPr>
              <w:t>Name of End-User, if different:</w:t>
            </w:r>
          </w:p>
        </w:tc>
        <w:tc>
          <w:tcPr>
            <w:tcW w:w="6336" w:type="dxa"/>
            <w:vAlign w:val="center"/>
          </w:tcPr>
          <w:p w14:paraId="12BCC2CB" w14:textId="77777777" w:rsidR="00855EF8" w:rsidRPr="008C028B" w:rsidRDefault="00855EF8">
            <w:pPr>
              <w:rPr>
                <w:color w:val="000000" w:themeColor="text1"/>
                <w:sz w:val="22"/>
              </w:rPr>
            </w:pPr>
          </w:p>
        </w:tc>
      </w:tr>
      <w:tr w:rsidR="008C028B" w:rsidRPr="008C028B" w14:paraId="421D6570" w14:textId="77777777">
        <w:trPr>
          <w:trHeight w:val="504"/>
          <w:jc w:val="center"/>
        </w:trPr>
        <w:tc>
          <w:tcPr>
            <w:tcW w:w="3456" w:type="dxa"/>
            <w:vAlign w:val="center"/>
          </w:tcPr>
          <w:p w14:paraId="3388062F" w14:textId="77777777" w:rsidR="00855EF8" w:rsidRPr="008C028B" w:rsidRDefault="00000000">
            <w:pPr>
              <w:rPr>
                <w:color w:val="000000" w:themeColor="text1"/>
                <w:sz w:val="22"/>
              </w:rPr>
            </w:pPr>
            <w:r w:rsidRPr="008C028B">
              <w:rPr>
                <w:b/>
                <w:color w:val="000000" w:themeColor="text1"/>
                <w:sz w:val="22"/>
              </w:rPr>
              <w:t>Country of End-Use:</w:t>
            </w:r>
          </w:p>
        </w:tc>
        <w:tc>
          <w:tcPr>
            <w:tcW w:w="6336" w:type="dxa"/>
            <w:vAlign w:val="center"/>
          </w:tcPr>
          <w:p w14:paraId="0462171D" w14:textId="77777777" w:rsidR="00855EF8" w:rsidRPr="008C028B" w:rsidRDefault="00855EF8">
            <w:pPr>
              <w:rPr>
                <w:color w:val="000000" w:themeColor="text1"/>
                <w:sz w:val="22"/>
              </w:rPr>
            </w:pPr>
          </w:p>
        </w:tc>
      </w:tr>
      <w:tr w:rsidR="008C028B" w:rsidRPr="008C028B" w14:paraId="5F710266" w14:textId="77777777">
        <w:trPr>
          <w:trHeight w:val="504"/>
          <w:jc w:val="center"/>
        </w:trPr>
        <w:tc>
          <w:tcPr>
            <w:tcW w:w="3456" w:type="dxa"/>
            <w:vAlign w:val="center"/>
          </w:tcPr>
          <w:p w14:paraId="7CC95279" w14:textId="77777777" w:rsidR="00855EF8" w:rsidRPr="008C028B" w:rsidRDefault="00000000">
            <w:pPr>
              <w:rPr>
                <w:color w:val="000000" w:themeColor="text1"/>
                <w:sz w:val="22"/>
              </w:rPr>
            </w:pPr>
            <w:r w:rsidRPr="008C028B">
              <w:rPr>
                <w:b/>
                <w:color w:val="000000" w:themeColor="text1"/>
                <w:sz w:val="22"/>
              </w:rPr>
              <w:t>Intended Use:</w:t>
            </w:r>
          </w:p>
        </w:tc>
        <w:tc>
          <w:tcPr>
            <w:tcW w:w="6336" w:type="dxa"/>
            <w:vAlign w:val="center"/>
          </w:tcPr>
          <w:p w14:paraId="6CE4742E" w14:textId="77777777" w:rsidR="00855EF8" w:rsidRDefault="00855EF8">
            <w:pPr>
              <w:rPr>
                <w:color w:val="000000" w:themeColor="text1"/>
                <w:sz w:val="22"/>
              </w:rPr>
            </w:pPr>
          </w:p>
          <w:p w14:paraId="526DF586" w14:textId="77777777" w:rsidR="008C028B" w:rsidRPr="008C028B" w:rsidRDefault="008C028B">
            <w:pPr>
              <w:rPr>
                <w:color w:val="000000" w:themeColor="text1"/>
                <w:sz w:val="22"/>
              </w:rPr>
            </w:pPr>
          </w:p>
        </w:tc>
      </w:tr>
    </w:tbl>
    <w:p w14:paraId="0D75F267" w14:textId="77777777" w:rsidR="00855EF8" w:rsidRPr="008C028B" w:rsidRDefault="00855EF8">
      <w:pPr>
        <w:spacing w:after="40"/>
        <w:rPr>
          <w:color w:val="000000" w:themeColor="text1"/>
          <w:sz w:val="22"/>
        </w:rPr>
      </w:pPr>
    </w:p>
    <w:p w14:paraId="15B43527" w14:textId="77777777" w:rsidR="007C258F" w:rsidRPr="008C028B" w:rsidRDefault="007C258F">
      <w:pPr>
        <w:spacing w:after="80"/>
        <w:rPr>
          <w:b/>
          <w:color w:val="000000" w:themeColor="text1"/>
          <w:sz w:val="22"/>
        </w:rPr>
      </w:pPr>
    </w:p>
    <w:p w14:paraId="00E109C0" w14:textId="72D2A295" w:rsidR="00855EF8" w:rsidRPr="008C028B" w:rsidRDefault="00000000">
      <w:pPr>
        <w:spacing w:after="80"/>
        <w:rPr>
          <w:color w:val="000000" w:themeColor="text1"/>
          <w:sz w:val="22"/>
        </w:rPr>
      </w:pPr>
      <w:r w:rsidRPr="008C028B">
        <w:rPr>
          <w:b/>
          <w:color w:val="000000" w:themeColor="text1"/>
          <w:sz w:val="22"/>
        </w:rPr>
        <w:t>Signed for and on behalf of the Customer:</w:t>
      </w:r>
    </w:p>
    <w:p w14:paraId="5BA6A32C" w14:textId="77777777" w:rsidR="007C258F" w:rsidRPr="008C028B" w:rsidRDefault="007C258F">
      <w:pPr>
        <w:spacing w:after="120" w:line="240" w:lineRule="auto"/>
        <w:rPr>
          <w:b/>
          <w:color w:val="000000" w:themeColor="text1"/>
          <w:sz w:val="22"/>
        </w:rPr>
      </w:pPr>
    </w:p>
    <w:p w14:paraId="543FC44B" w14:textId="6FD50ED3" w:rsidR="00855EF8" w:rsidRPr="008C028B" w:rsidRDefault="00000000">
      <w:pPr>
        <w:spacing w:after="120" w:line="240" w:lineRule="auto"/>
        <w:rPr>
          <w:color w:val="000000" w:themeColor="text1"/>
          <w:sz w:val="22"/>
        </w:rPr>
      </w:pPr>
      <w:r w:rsidRPr="008C028B">
        <w:rPr>
          <w:b/>
          <w:color w:val="000000" w:themeColor="text1"/>
          <w:sz w:val="22"/>
        </w:rPr>
        <w:t xml:space="preserve">Name: </w:t>
      </w:r>
      <w:r w:rsidRPr="008C028B">
        <w:rPr>
          <w:color w:val="000000" w:themeColor="text1"/>
          <w:sz w:val="22"/>
        </w:rPr>
        <w:t>_____________________________________________________________________</w:t>
      </w:r>
    </w:p>
    <w:p w14:paraId="2D5A5E45" w14:textId="74764861" w:rsidR="00855EF8" w:rsidRPr="008C028B" w:rsidRDefault="00000000">
      <w:pPr>
        <w:spacing w:after="120" w:line="240" w:lineRule="auto"/>
        <w:rPr>
          <w:color w:val="000000" w:themeColor="text1"/>
          <w:sz w:val="22"/>
        </w:rPr>
      </w:pPr>
      <w:r w:rsidRPr="008C028B">
        <w:rPr>
          <w:b/>
          <w:color w:val="000000" w:themeColor="text1"/>
          <w:sz w:val="22"/>
        </w:rPr>
        <w:t xml:space="preserve">Title: </w:t>
      </w:r>
      <w:r w:rsidRPr="008C028B">
        <w:rPr>
          <w:color w:val="000000" w:themeColor="text1"/>
          <w:sz w:val="22"/>
        </w:rPr>
        <w:t>______________________________________________________________________</w:t>
      </w:r>
    </w:p>
    <w:p w14:paraId="7EDF4704" w14:textId="07CE3E8A" w:rsidR="00855EF8" w:rsidRPr="008C028B" w:rsidRDefault="00000000">
      <w:pPr>
        <w:spacing w:after="120" w:line="240" w:lineRule="auto"/>
        <w:rPr>
          <w:color w:val="000000" w:themeColor="text1"/>
          <w:sz w:val="22"/>
        </w:rPr>
      </w:pPr>
      <w:r w:rsidRPr="008C028B">
        <w:rPr>
          <w:b/>
          <w:color w:val="000000" w:themeColor="text1"/>
          <w:sz w:val="22"/>
        </w:rPr>
        <w:t xml:space="preserve">Date: </w:t>
      </w:r>
      <w:r w:rsidRPr="008C028B">
        <w:rPr>
          <w:color w:val="000000" w:themeColor="text1"/>
          <w:sz w:val="22"/>
        </w:rPr>
        <w:t>______________________________________________________________________</w:t>
      </w:r>
    </w:p>
    <w:p w14:paraId="5159D442" w14:textId="77777777" w:rsidR="007C258F" w:rsidRPr="008C028B" w:rsidRDefault="007C258F">
      <w:pPr>
        <w:spacing w:after="120" w:line="240" w:lineRule="auto"/>
        <w:rPr>
          <w:b/>
          <w:color w:val="000000" w:themeColor="text1"/>
          <w:sz w:val="22"/>
        </w:rPr>
      </w:pPr>
    </w:p>
    <w:p w14:paraId="56B46F5E" w14:textId="568542A0" w:rsidR="00855EF8" w:rsidRPr="008C028B" w:rsidRDefault="00000000">
      <w:pPr>
        <w:spacing w:after="120" w:line="240" w:lineRule="auto"/>
        <w:rPr>
          <w:color w:val="000000" w:themeColor="text1"/>
          <w:sz w:val="22"/>
        </w:rPr>
      </w:pPr>
      <w:r w:rsidRPr="008C028B">
        <w:rPr>
          <w:b/>
          <w:color w:val="000000" w:themeColor="text1"/>
          <w:sz w:val="22"/>
        </w:rPr>
        <w:t xml:space="preserve">Signature: </w:t>
      </w:r>
      <w:r w:rsidRPr="008C028B">
        <w:rPr>
          <w:color w:val="000000" w:themeColor="text1"/>
          <w:sz w:val="22"/>
        </w:rPr>
        <w:t>_________________________________________________________________</w:t>
      </w:r>
    </w:p>
    <w:sectPr w:rsidR="00855EF8" w:rsidRPr="008C028B" w:rsidSect="007C258F">
      <w:headerReference w:type="default" r:id="rId8"/>
      <w:footerReference w:type="default" r:id="rId9"/>
      <w:pgSz w:w="12240" w:h="15840"/>
      <w:pgMar w:top="1704" w:right="1080" w:bottom="864" w:left="1080" w:header="39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D166" w14:textId="77777777" w:rsidR="004E42E1" w:rsidRDefault="004E42E1">
      <w:pPr>
        <w:spacing w:after="0" w:line="240" w:lineRule="auto"/>
      </w:pPr>
      <w:r>
        <w:separator/>
      </w:r>
    </w:p>
  </w:endnote>
  <w:endnote w:type="continuationSeparator" w:id="0">
    <w:p w14:paraId="64C10F58" w14:textId="77777777" w:rsidR="004E42E1" w:rsidRDefault="004E4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DAA8" w14:textId="2EF2170B" w:rsidR="00855EF8" w:rsidRDefault="00095266">
    <w:pPr>
      <w:pStyle w:val="Alatunniste"/>
      <w:jc w:val="center"/>
    </w:pPr>
    <w:r>
      <w:rPr>
        <w:color w:val="787878"/>
        <w:sz w:val="14"/>
      </w:rPr>
      <w:t>Unplugged</w:t>
    </w:r>
    <w:r w:rsidR="00000000">
      <w:rPr>
        <w:color w:val="787878"/>
        <w:sz w:val="14"/>
      </w:rPr>
      <w:t xml:space="preserve"> AS | Customer End-Use and Export Control Declaration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883D" w14:textId="77777777" w:rsidR="004E42E1" w:rsidRDefault="004E42E1">
      <w:pPr>
        <w:spacing w:after="0" w:line="240" w:lineRule="auto"/>
      </w:pPr>
      <w:r>
        <w:separator/>
      </w:r>
    </w:p>
  </w:footnote>
  <w:footnote w:type="continuationSeparator" w:id="0">
    <w:p w14:paraId="7F1DE926" w14:textId="77777777" w:rsidR="004E42E1" w:rsidRDefault="004E4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01DC" w14:textId="77777777" w:rsidR="00095266" w:rsidRDefault="00095266" w:rsidP="00095266">
    <w:pPr>
      <w:pStyle w:val="Yltunniste"/>
      <w:jc w:val="center"/>
    </w:pPr>
  </w:p>
  <w:p w14:paraId="2B4CDFCC" w14:textId="77777777" w:rsidR="00095266" w:rsidRDefault="00095266" w:rsidP="00095266">
    <w:pPr>
      <w:pStyle w:val="Yltunniste"/>
      <w:jc w:val="center"/>
    </w:pPr>
  </w:p>
  <w:p w14:paraId="699AC39E" w14:textId="390C635E" w:rsidR="00855EF8" w:rsidRDefault="0099711E" w:rsidP="00095266">
    <w:pPr>
      <w:pStyle w:val="Yltunniste"/>
      <w:jc w:val="center"/>
    </w:pPr>
    <w:r>
      <w:rPr>
        <w:noProof/>
      </w:rPr>
      <w:drawing>
        <wp:inline distT="0" distB="0" distL="0" distR="0" wp14:anchorId="3C8FD988" wp14:editId="4B0145DD">
          <wp:extent cx="2898654" cy="320041"/>
          <wp:effectExtent l="0" t="0" r="0" b="3810"/>
          <wp:docPr id="1554667990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667990" name="Kuva 15546679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98654" cy="320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2C85">
      <w:rPr>
        <w:noProof/>
      </w:rPr>
      <mc:AlternateContent>
        <mc:Choice Requires="wps">
          <w:drawing>
            <wp:inline distT="0" distB="0" distL="0" distR="0" wp14:anchorId="687D85C0" wp14:editId="3A700CDD">
              <wp:extent cx="304800" cy="304800"/>
              <wp:effectExtent l="0" t="0" r="0" b="0"/>
              <wp:docPr id="332327147" name="Suorakulmio 1" descr="Förhandsgranskning av bil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FAB6BDE" id="Suorakulmio 1" o:spid="_x0000_s1026" alt="Förhandsgranskning av bil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4287969">
    <w:abstractNumId w:val="8"/>
  </w:num>
  <w:num w:numId="2" w16cid:durableId="255678349">
    <w:abstractNumId w:val="6"/>
  </w:num>
  <w:num w:numId="3" w16cid:durableId="91051406">
    <w:abstractNumId w:val="5"/>
  </w:num>
  <w:num w:numId="4" w16cid:durableId="492142236">
    <w:abstractNumId w:val="4"/>
  </w:num>
  <w:num w:numId="5" w16cid:durableId="1831829383">
    <w:abstractNumId w:val="7"/>
  </w:num>
  <w:num w:numId="6" w16cid:durableId="1645309076">
    <w:abstractNumId w:val="3"/>
  </w:num>
  <w:num w:numId="7" w16cid:durableId="610741627">
    <w:abstractNumId w:val="2"/>
  </w:num>
  <w:num w:numId="8" w16cid:durableId="1627005432">
    <w:abstractNumId w:val="1"/>
  </w:num>
  <w:num w:numId="9" w16cid:durableId="204216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266"/>
    <w:rsid w:val="0015074B"/>
    <w:rsid w:val="00215173"/>
    <w:rsid w:val="0029639D"/>
    <w:rsid w:val="00326F90"/>
    <w:rsid w:val="003442A9"/>
    <w:rsid w:val="00362C85"/>
    <w:rsid w:val="003A6A86"/>
    <w:rsid w:val="004E42E1"/>
    <w:rsid w:val="004F505F"/>
    <w:rsid w:val="00554C8A"/>
    <w:rsid w:val="007C258F"/>
    <w:rsid w:val="008037AB"/>
    <w:rsid w:val="00855EF8"/>
    <w:rsid w:val="008C028B"/>
    <w:rsid w:val="0099711E"/>
    <w:rsid w:val="00AA1D8D"/>
    <w:rsid w:val="00B47730"/>
    <w:rsid w:val="00CB0664"/>
    <w:rsid w:val="00CD35A0"/>
    <w:rsid w:val="00F70A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1E1ACE"/>
  <w14:defaultImageDpi w14:val="300"/>
  <w15:docId w15:val="{A90AB2F3-0E32-D946-8BC9-3CAB2650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  <w:rPr>
      <w:rFonts w:ascii="Arial" w:eastAsia="Arial" w:hAnsi="Arial"/>
      <w:color w:val="282828"/>
      <w:sz w:val="19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ovedformat">
    <w:name w:val="Hovedformat"/>
    <w:basedOn w:val="Normaali"/>
    <w:rsid w:val="008C028B"/>
    <w:pPr>
      <w:spacing w:after="0" w:line="240" w:lineRule="auto"/>
      <w:jc w:val="both"/>
    </w:pPr>
    <w:rPr>
      <w:rFonts w:ascii="TIMES" w:eastAsia="Times New Roman" w:hAnsi="TIMES" w:cs="Arial Unicode MS"/>
      <w:noProof/>
      <w:color w:val="auto"/>
      <w:sz w:val="28"/>
      <w:szCs w:val="28"/>
      <w:lang w:val="nb-NO" w:eastAsia="zh-CN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1458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Kaisa Kangasniemi</cp:lastModifiedBy>
  <cp:revision>9</cp:revision>
  <dcterms:created xsi:type="dcterms:W3CDTF">2026-07-03T07:28:00Z</dcterms:created>
  <dcterms:modified xsi:type="dcterms:W3CDTF">2026-07-03T07:35:00Z</dcterms:modified>
  <cp:category/>
</cp:coreProperties>
</file>